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rFonts w:ascii="Times New Roman" w:cs="Times New Roman" w:eastAsia="Times New Roman" w:hAnsi="Times New Roman"/>
          <w:b w:val="1"/>
          <w:bCs w:val="1"/>
          <w:color w:val="000000"/>
          <w:sz w:val="26"/>
          <w:szCs w:val="26"/>
        </w:rPr>
      </w:pPr>
      <w:r w:rsidDel="00000000" w:rsidR="00000000" w:rsidRPr="00000000">
        <w:rPr>
          <w:b w:val="1"/>
          <w:bCs w:val="1"/>
          <w:color w:val="003366"/>
          <w:sz w:val="26"/>
          <w:szCs w:val="26"/>
        </w:rPr>
        <w:drawing>
          <wp:inline distB="101600" distT="0" distL="0" distR="0">
            <wp:extent cx="869084" cy="123539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69084" cy="123539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6"/>
          <w:szCs w:val="26"/>
          <w:rtl w:val="0"/>
        </w:rPr>
        <w:t xml:space="preserve">CITTA' DI LAMEZIA TERME</w:t>
        <w:br w:type="textWrapping"/>
      </w:r>
      <w:r w:rsidDel="00000000" w:rsidR="00000000" w:rsidRPr="00000000">
        <w:rPr>
          <w:rFonts w:ascii="Times New Roman" w:cs="Times New Roman" w:eastAsia="Times New Roman" w:hAnsi="Times New Roman"/>
          <w:i w:val="1"/>
          <w:iCs w:val="1"/>
          <w:color w:val="000000"/>
          <w:sz w:val="20"/>
          <w:szCs w:val="20"/>
          <w:rtl w:val="0"/>
        </w:rPr>
        <w:t xml:space="preserve">(PROVINCIA DI CATANZARO)</w:t>
        <w:br w:type="textWrapping"/>
      </w:r>
      <w:r w:rsidDel="00000000" w:rsidR="00000000" w:rsidRPr="00000000">
        <w:rPr>
          <w:rFonts w:ascii="Times New Roman" w:cs="Times New Roman" w:eastAsia="Times New Roman" w:hAnsi="Times New Roman"/>
          <w:b w:val="1"/>
          <w:bCs w:val="1"/>
          <w:color w:val="000000"/>
          <w:sz w:val="20"/>
          <w:szCs w:val="20"/>
          <w:rtl w:val="0"/>
        </w:rPr>
        <w:t xml:space="preserve">SETTORE GESTIONE E VALORIZZAZIONE DEL PATRIMONIO E DEL TERRITORIO COMUNALE</w:t>
      </w:r>
      <w:r w:rsidDel="00000000" w:rsidR="00000000" w:rsidRPr="00000000">
        <w:rPr>
          <w:rtl w:val="0"/>
        </w:rPr>
      </w:r>
    </w:p>
    <w:p w:rsidR="00000000" w:rsidDel="00000000" w:rsidP="00000000" w:rsidRDefault="00000000" w:rsidRPr="00000000" w14:paraId="00000003">
      <w:pPr>
        <w:jc w:val="right"/>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color w:val="000000"/>
          <w:u w:val="single"/>
        </w:rPr>
      </w:pPr>
      <w:r w:rsidDel="00000000" w:rsidR="00000000" w:rsidRPr="00000000">
        <w:rPr>
          <w:rFonts w:ascii="Times New Roman" w:cs="Times New Roman" w:eastAsia="Times New Roman" w:hAnsi="Times New Roman"/>
          <w:b w:val="1"/>
          <w:bCs w:val="1"/>
          <w:color w:val="000000"/>
          <w:sz w:val="24"/>
          <w:szCs w:val="24"/>
          <w:u w:val="single"/>
          <w:rtl w:val="0"/>
        </w:rPr>
        <w:t xml:space="preserve">ALLEGATO "B"</w:t>
      </w:r>
      <w:r w:rsidDel="00000000" w:rsidR="00000000" w:rsidRPr="00000000">
        <w:rPr>
          <w:rtl w:val="0"/>
        </w:rPr>
      </w:r>
    </w:p>
    <w:p w:rsidR="00000000" w:rsidDel="00000000" w:rsidP="00000000" w:rsidRDefault="00000000" w:rsidRPr="00000000" w14:paraId="00000005">
      <w:pPr>
        <w:spacing w:after="240" w:before="12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6"/>
          <w:szCs w:val="26"/>
          <w:rtl w:val="0"/>
        </w:rPr>
        <w:t xml:space="preserve">MODELLO DI DOMANDA DI PARTECIPAZIONE</w:t>
        <w:br w:type="textWrapping"/>
        <w:t xml:space="preserve">E SCHEDA TECNICA DELL'EVENTO</w:t>
      </w:r>
      <w:r w:rsidDel="00000000" w:rsidR="00000000" w:rsidRPr="00000000">
        <w:rPr>
          <w:rtl w:val="0"/>
        </w:rPr>
      </w:r>
    </w:p>
    <w:p w:rsidR="00000000" w:rsidDel="00000000" w:rsidP="00000000" w:rsidRDefault="00000000" w:rsidRPr="00000000" w14:paraId="00000006">
      <w:pPr>
        <w:spacing w:after="3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sz w:val="21"/>
          <w:szCs w:val="21"/>
          <w:rtl w:val="0"/>
        </w:rPr>
        <w:t xml:space="preserve">Cartellone degli Eventi Culturali e di Animazione Territoriale</w:t>
        <w:br w:type="textWrapping"/>
        <w:t xml:space="preserve">«LAMEZIA TERME E-STATE INSIEME 2026»</w:t>
        <w:br w:type="textWrapping"/>
        <w:t xml:space="preserve">(Deliberazione di Giunta Comunale n. 240 del 30/09/2026)</w:t>
      </w:r>
      <w:r w:rsidDel="00000000" w:rsidR="00000000" w:rsidRPr="00000000">
        <w:rPr>
          <w:rtl w:val="0"/>
        </w:rPr>
      </w:r>
    </w:p>
    <w:p w:rsidR="00000000" w:rsidDel="00000000" w:rsidP="00000000" w:rsidRDefault="00000000" w:rsidRPr="00000000" w14:paraId="00000007">
      <w:pPr>
        <w:spacing w:after="28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0"/>
          <w:szCs w:val="20"/>
          <w:rtl w:val="0"/>
        </w:rPr>
        <w:t xml:space="preserve">Spett.le COMUNE DI LAMEZIA TERME</w:t>
        <w:br w:type="textWrapping"/>
        <w:t xml:space="preserve">Settore Gestione e Valorizzazione del Patrimonio e del Territorio Comunale</w:t>
        <w:br w:type="textWrapping"/>
        <w:t xml:space="preserve">PEC: </w:t>
      </w:r>
      <w:hyperlink r:id="rId8">
        <w:r w:rsidDel="00000000" w:rsidR="00000000" w:rsidRPr="00000000">
          <w:rPr>
            <w:rFonts w:ascii="Times New Roman" w:cs="Times New Roman" w:eastAsia="Times New Roman" w:hAnsi="Times New Roman"/>
            <w:b w:val="1"/>
            <w:bCs w:val="1"/>
            <w:color w:val="1155cc"/>
            <w:sz w:val="20"/>
            <w:szCs w:val="20"/>
            <w:u w:val="single"/>
            <w:rtl w:val="0"/>
          </w:rPr>
          <w:t xml:space="preserve">protocollo@pec.comunelameziaterme.it</w:t>
        </w:r>
      </w:hyperlink>
      <w:r w:rsidDel="00000000" w:rsidR="00000000" w:rsidRPr="00000000">
        <w:rPr>
          <w:rFonts w:ascii="Times New Roman" w:cs="Times New Roman" w:eastAsia="Times New Roman" w:hAnsi="Times New Roman"/>
          <w:b w:val="1"/>
          <w:bCs w:val="1"/>
          <w:color w:val="000000"/>
          <w:sz w:val="20"/>
          <w:szCs w:val="20"/>
          <w:rtl w:val="0"/>
        </w:rPr>
        <w:t xml:space="preserve"> </w:t>
        <w:br w:type="textWrapping"/>
        <w:t xml:space="preserve">e p.c. e-mail: </w:t>
      </w:r>
      <w:hyperlink r:id="rId9">
        <w:r w:rsidDel="00000000" w:rsidR="00000000" w:rsidRPr="00000000">
          <w:rPr>
            <w:rFonts w:ascii="Times New Roman" w:cs="Times New Roman" w:eastAsia="Times New Roman" w:hAnsi="Times New Roman"/>
            <w:b w:val="1"/>
            <w:bCs w:val="1"/>
            <w:color w:val="1155cc"/>
            <w:sz w:val="20"/>
            <w:szCs w:val="20"/>
            <w:u w:val="single"/>
            <w:rtl w:val="0"/>
          </w:rPr>
          <w:t xml:space="preserve">eventi@comune.lamezia-terme.cz.it</w:t>
        </w:r>
      </w:hyperlink>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tl w:val="0"/>
        </w:rPr>
      </w:r>
    </w:p>
    <w:p w:rsidR="00000000" w:rsidDel="00000000" w:rsidP="00000000" w:rsidRDefault="00000000" w:rsidRPr="00000000" w14:paraId="00000008">
      <w:pPr>
        <w:spacing w:after="160" w:line="259"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OGGETTO:</w:t>
      </w:r>
      <w:r w:rsidDel="00000000" w:rsidR="00000000" w:rsidRPr="00000000">
        <w:rPr>
          <w:rFonts w:ascii="Times New Roman" w:cs="Times New Roman" w:eastAsia="Times New Roman" w:hAnsi="Times New Roman"/>
          <w:color w:val="000000"/>
          <w:rtl w:val="0"/>
        </w:rPr>
        <w:t xml:space="preserve"> Istanza di partecipazione all'Avviso Pubblico aperto per la costruzione </w:t>
      </w:r>
      <w:r w:rsidDel="00000000" w:rsidR="00000000" w:rsidRPr="00000000">
        <w:rPr>
          <w:rFonts w:ascii="Times New Roman" w:cs="Times New Roman" w:eastAsia="Times New Roman" w:hAnsi="Times New Roman"/>
          <w:b w:val="1"/>
          <w:bCs w:val="1"/>
          <w:color w:val="000000"/>
          <w:rtl w:val="0"/>
        </w:rPr>
        <w:t xml:space="preserve">"in fieri"</w:t>
      </w:r>
      <w:r w:rsidDel="00000000" w:rsidR="00000000" w:rsidRPr="00000000">
        <w:rPr>
          <w:rFonts w:ascii="Times New Roman" w:cs="Times New Roman" w:eastAsia="Times New Roman" w:hAnsi="Times New Roman"/>
          <w:color w:val="000000"/>
          <w:rtl w:val="0"/>
        </w:rPr>
        <w:t xml:space="preserve"> del cartellone e della programmazione estiva integrata «Lamezia Terme E-State Insieme 2026». </w:t>
      </w:r>
      <w:r w:rsidDel="00000000" w:rsidR="00000000" w:rsidRPr="00000000">
        <w:rPr>
          <w:rtl w:val="0"/>
        </w:rPr>
      </w:r>
    </w:p>
    <w:p w:rsidR="00000000" w:rsidDel="00000000" w:rsidP="00000000" w:rsidRDefault="00000000" w:rsidRPr="00000000" w14:paraId="00000009">
      <w:pPr>
        <w:spacing w:after="12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Il/La sottoscritto/a:______________________ nato/a a _________________ il ________________ codice fiscale ___________ residente in _____________________ via/piazza____________________ tel ___________ mail ____________________</w:t>
      </w:r>
    </w:p>
    <w:p w:rsidR="00000000" w:rsidDel="00000000" w:rsidP="00000000" w:rsidRDefault="00000000" w:rsidRPr="00000000" w14:paraId="0000000A">
      <w:pPr>
        <w:spacing w:after="12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In qualità di legale rappresentate (Associazione/Ente/Impresa) _________________________ Codice Fiscale/P. IVA__________________________ con sede legale in _________________________ via/piazza____________________ tel ___________ mail ____________________ pec __________________</w:t>
      </w:r>
    </w:p>
    <w:p w:rsidR="00000000" w:rsidDel="00000000" w:rsidP="00000000" w:rsidRDefault="00000000" w:rsidRPr="00000000" w14:paraId="0000000B">
      <w:pPr>
        <w:spacing w:after="240" w:before="120" w:lineRule="auto"/>
        <w:jc w:val="cente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0C">
      <w:pPr>
        <w:spacing w:after="240" w:before="12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6"/>
          <w:szCs w:val="26"/>
          <w:rtl w:val="0"/>
        </w:rPr>
        <w:t xml:space="preserve">CHIEDE</w:t>
      </w:r>
      <w:r w:rsidDel="00000000" w:rsidR="00000000" w:rsidRPr="00000000">
        <w:rPr>
          <w:rtl w:val="0"/>
        </w:rPr>
      </w:r>
    </w:p>
    <w:p w:rsidR="00000000" w:rsidDel="00000000" w:rsidP="00000000" w:rsidRDefault="00000000" w:rsidRPr="00000000" w14:paraId="0000000D">
      <w:pPr>
        <w:spacing w:after="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 ammettere la sotto descritta proposta progettuale all'Avviso Pubblico per la costruzione dinamica del cartellone degli eventi culturali e di animazione territoriale «LAMEZIA TERME E-STATE INSIEME 2026», ed inserire l'evento nella rassegna ufficiale della Città di Lamezia Terme.</w:t>
      </w:r>
    </w:p>
    <w:p w:rsidR="00000000" w:rsidDel="00000000" w:rsidP="00000000" w:rsidRDefault="00000000" w:rsidRPr="00000000" w14:paraId="0000000E">
      <w:pPr>
        <w:pStyle w:val="Heading2"/>
        <w:rPr>
          <w:rFonts w:ascii="Times New Roman" w:cs="Times New Roman" w:eastAsia="Times New Roman" w:hAnsi="Times New Roman"/>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2"/>
        <w:spacing w:after="200" w:before="0" w:line="276"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SCHEDA TECNICA E DESCRITTIVA DELL'EVENTO / INIZIATIVA</w:t>
      </w:r>
    </w:p>
    <w:tbl>
      <w:tblPr>
        <w:tblStyle w:val="Table1"/>
        <w:tblW w:w="9930.0" w:type="dxa"/>
        <w:jc w:val="center"/>
        <w:tblLayout w:type="fixed"/>
        <w:tblLook w:val="0400"/>
      </w:tblPr>
      <w:tblGrid>
        <w:gridCol w:w="2463"/>
        <w:gridCol w:w="7467"/>
        <w:tblGridChange w:id="0">
          <w:tblGrid>
            <w:gridCol w:w="2463"/>
            <w:gridCol w:w="7467"/>
          </w:tblGrid>
        </w:tblGridChange>
      </w:tblGrid>
      <w:tr>
        <w:trPr>
          <w:cantSplit w:val="0"/>
          <w:tblHeader w:val="0"/>
        </w:trPr>
        <w:tc>
          <w:tcPr>
            <w:tcMar>
              <w:top w:w="60.0" w:type="dxa"/>
              <w:left w:w="100.0" w:type="dxa"/>
              <w:bottom w:w="60.0" w:type="dxa"/>
              <w:right w:w="100.0" w:type="dxa"/>
            </w:tcMar>
          </w:tcPr>
          <w:p w:rsidR="00000000" w:rsidDel="00000000" w:rsidP="00000000" w:rsidRDefault="00000000" w:rsidRPr="00000000" w14:paraId="00000010">
            <w:pPr>
              <w:spacing w:after="20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Titolo dell'Evento / Iniziativa:</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9"/>
                <w:szCs w:val="19"/>
                <w:rtl w:val="0"/>
              </w:rPr>
              <w:t xml:space="preserve">________________________________________________________________________________________________________________________________________________________</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2">
            <w:pPr>
              <w:spacing w:after="20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Tipologia / Ambito culturale: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276" w:lineRule="auto"/>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  ] Spettacolo / Musica / Teatro</w:t>
            </w:r>
          </w:p>
          <w:p w:rsidR="00000000" w:rsidDel="00000000" w:rsidP="00000000" w:rsidRDefault="00000000" w:rsidRPr="00000000" w14:paraId="00000014">
            <w:pPr>
              <w:spacing w:after="0" w:line="276" w:lineRule="auto"/>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  ] Mostra / Arte</w:t>
            </w:r>
          </w:p>
          <w:p w:rsidR="00000000" w:rsidDel="00000000" w:rsidP="00000000" w:rsidRDefault="00000000" w:rsidRPr="00000000" w14:paraId="00000015">
            <w:pPr>
              <w:spacing w:after="0" w:line="276" w:lineRule="auto"/>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  ] Letteratura / Presentazione libri</w:t>
              <w:br w:type="textWrapping"/>
              <w:t xml:space="preserve">[  ] Enogastronomia / Identità</w:t>
            </w:r>
          </w:p>
          <w:p w:rsidR="00000000" w:rsidDel="00000000" w:rsidP="00000000" w:rsidRDefault="00000000" w:rsidRPr="00000000" w14:paraId="00000016">
            <w:pPr>
              <w:spacing w:after="0" w:line="276" w:lineRule="auto"/>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  ] Sport / Wellness / Natura</w:t>
            </w:r>
          </w:p>
          <w:p w:rsidR="00000000" w:rsidDel="00000000" w:rsidP="00000000" w:rsidRDefault="00000000" w:rsidRPr="00000000" w14:paraId="00000017">
            <w:pPr>
              <w:spacing w:after="0" w:line="276" w:lineRule="auto"/>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  ] Altro: __________________________________________________________________</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8">
            <w:pPr>
              <w:spacing w:after="20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Distretto di riferimento (Art. 2 Avviso):</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9"/>
                <w:szCs w:val="19"/>
                <w:rtl w:val="0"/>
              </w:rPr>
              <w:t xml:space="preserve">[  ] Distretto Archeologico e Storico (Abbazia Benedettina, Bastione di Malta, Centri Storici)</w:t>
              <w:br w:type="textWrapping"/>
              <w:t xml:space="preserve">[  ] Distretto Beni Culturali e Documentali (Museo Lametino, Biblioteca, Casa Libro Antico)</w:t>
              <w:br w:type="textWrapping"/>
              <w:t xml:space="preserve">[  ] Distretto Wellness, Natura e Outdoor (Terme di Caronte, Parchi Urbani, Litorale)</w:t>
              <w:br w:type="textWrapping"/>
              <w:t xml:space="preserve">[  ] Distretto Grandi Eventi e Spettacolo (Piazze e Spazi Pubblici)</w:t>
              <w:br w:type="textWrapping"/>
              <w:t xml:space="preserve">[  ] Distretto Identità ed Enogastronomia (Valorizzazione tipicità Olio/Vino)</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A">
            <w:pPr>
              <w:spacing w:after="20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Data/e e Orari previsti di svolgimento:</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B">
            <w:pPr>
              <w:spacing w:after="0" w:line="276" w:lineRule="auto"/>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Periodo compreso tra l'1 Ottobre e l'8 Dicembre 2026:</w:t>
              <w:br w:type="textWrapping"/>
              <w:t xml:space="preserve">Data/e: _____________________________________</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Orario: dalle ore ______ alle ore ______</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D">
            <w:pPr>
              <w:spacing w:after="20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Sito/Spazio pubblico richiesto:</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E">
            <w:pPr>
              <w:spacing w:after="0" w:line="276" w:lineRule="auto"/>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Sito/Piazza/Impianto richiesto: __________________________________________________</w:t>
            </w:r>
          </w:p>
          <w:p w:rsidR="00000000" w:rsidDel="00000000" w:rsidP="00000000" w:rsidRDefault="00000000" w:rsidRPr="00000000" w14:paraId="0000001F">
            <w:pPr>
              <w:spacing w:after="200" w:line="276" w:lineRule="auto"/>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____________________________________________________________________________</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0">
            <w:pPr>
              <w:spacing w:after="200" w:before="10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RELAZIONE ILLUSTRATIVA (Finalità culturali e sociali, legame col territorio)</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2">
            <w:pPr>
              <w:spacing w:after="200" w:before="10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FABBISOGNO TECNICO SPECIFICO</w:t>
            </w:r>
          </w:p>
        </w:tc>
        <w:tc>
          <w:tcPr>
            <w:tcMar>
              <w:top w:w="60.0" w:type="dxa"/>
              <w:left w:w="100.0" w:type="dxa"/>
              <w:bottom w:w="60.0" w:type="dxa"/>
              <w:right w:w="100.0" w:type="dxa"/>
            </w:tcMar>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  ] Richiesta concessione Suolo Pubblico gratuito (specificare mq e occupazione):</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____________________________________________________________________________[  ] Richiesta allaccio elettrico temporaneo gratuito (se tecnicamente già possibile):</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____________________________________________________________________________</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  ] Altre necessità logistiche: ____________________________________________________________________________</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7">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Sostenibilità e accessibilità:</w:t>
            </w:r>
          </w:p>
          <w:p w:rsidR="00000000" w:rsidDel="00000000" w:rsidP="00000000" w:rsidRDefault="00000000" w:rsidRPr="00000000" w14:paraId="00000028">
            <w:pPr>
              <w:spacing w:after="200" w:line="240" w:lineRule="auto"/>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(Descrivere le misure per garantire l'accesso a persone con disabilità e il rispetto ambientale del sito)</w:t>
            </w:r>
          </w:p>
        </w:tc>
        <w:tc>
          <w:tcPr>
            <w:tcMar>
              <w:top w:w="60.0" w:type="dxa"/>
              <w:left w:w="100.0" w:type="dxa"/>
              <w:bottom w:w="60.0" w:type="dxa"/>
              <w:right w:w="100.0" w:type="dxa"/>
            </w:tcMa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A">
            <w:pPr>
              <w:spacing w:after="0" w:before="0" w:line="240" w:lineRule="auto"/>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DICHIARAZIONE DI PARTENARIATO "LAMEZIA CHE INCANTA. LE VOCI DI LIGEA"</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 ] Si dichiara che il soggetto proponente ha formalmente aderito quale partner al progetto quadro "Lamezia che incanta. Le voci di Ligea" (per l'ottenimento della premialità).</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9"/>
                <w:szCs w:val="19"/>
              </w:rPr>
            </w:pPr>
            <w:r w:rsidDel="00000000" w:rsidR="00000000" w:rsidRPr="00000000">
              <w:rPr>
                <w:rFonts w:ascii="Times New Roman" w:cs="Times New Roman" w:eastAsia="Times New Roman" w:hAnsi="Times New Roman"/>
                <w:color w:val="000000"/>
                <w:sz w:val="19"/>
                <w:szCs w:val="19"/>
                <w:rtl w:val="0"/>
              </w:rPr>
              <w:t xml:space="preserve">[ ] Non ha aderito. </w:t>
            </w:r>
          </w:p>
        </w:tc>
      </w:tr>
    </w:tbl>
    <w:p w:rsidR="00000000" w:rsidDel="00000000" w:rsidP="00000000" w:rsidRDefault="00000000" w:rsidRPr="00000000" w14:paraId="0000002E">
      <w:pPr>
        <w:pStyle w:val="Heading2"/>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DICHIARAZIONI SOSTITUTIVE (D.P.R. N. 445/2000)</w:t>
      </w:r>
    </w:p>
    <w:p w:rsidR="00000000" w:rsidDel="00000000" w:rsidP="00000000" w:rsidRDefault="00000000" w:rsidRPr="00000000" w14:paraId="0000002F">
      <w:pPr>
        <w:spacing w:after="16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rtl w:val="0"/>
        </w:rPr>
        <w:t xml:space="preserve">Consapevole delle sanzioni penali richiamate dall'art. 76 del D.P.R. 28 dicembre 2000, n. 445 per le ipotesi di falsità in atti e dichiarazioni mendaci, il/la sottoscritto/a DICHIARA sotto la propria personale responsabilità:</w:t>
      </w:r>
      <w:r w:rsidDel="00000000" w:rsidR="00000000" w:rsidRPr="00000000">
        <w:rPr>
          <w:rtl w:val="0"/>
        </w:rPr>
      </w:r>
    </w:p>
    <w:p w:rsidR="00000000" w:rsidDel="00000000" w:rsidP="00000000" w:rsidRDefault="00000000" w:rsidRPr="00000000" w14:paraId="00000030">
      <w:pPr>
        <w:numPr>
          <w:ilvl w:val="0"/>
          <w:numId w:val="1"/>
        </w:numPr>
        <w:spacing w:after="0" w:afterAutospacing="0" w:lineRule="auto"/>
        <w:ind w:left="283.46456692913375" w:hanging="283.46456692913375"/>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di aver preso visione dell'Avviso Pubblico approvato con Determinazione Dirigenziale di proroga ed in esecuzione della D.G.C. n. 240/2026, accettandone integralmente e senza riserva alcuna le norme, prescrizioni e condizioni;</w:t>
      </w:r>
    </w:p>
    <w:p w:rsidR="00000000" w:rsidDel="00000000" w:rsidP="00000000" w:rsidRDefault="00000000" w:rsidRPr="00000000" w14:paraId="00000031">
      <w:pPr>
        <w:numPr>
          <w:ilvl w:val="0"/>
          <w:numId w:val="1"/>
        </w:numPr>
        <w:spacing w:after="0" w:afterAutospacing="0" w:lineRule="auto"/>
        <w:ind w:left="283.46456692913375" w:hanging="283.46456692913375"/>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che l'iniziativa proposta è ad ingresso completamente gratuito;</w:t>
      </w:r>
    </w:p>
    <w:p w:rsidR="00000000" w:rsidDel="00000000" w:rsidP="00000000" w:rsidRDefault="00000000" w:rsidRPr="00000000" w14:paraId="00000032">
      <w:pPr>
        <w:numPr>
          <w:ilvl w:val="0"/>
          <w:numId w:val="1"/>
        </w:numPr>
        <w:spacing w:after="0" w:afterAutospacing="0" w:lineRule="auto"/>
        <w:ind w:left="283.46456692913375" w:hanging="283.46456692913375"/>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che il soggetto proponente è pienamente legittimato ed in possesso dei requisiti idonei per la realizzazione della manifestazione;</w:t>
      </w:r>
    </w:p>
    <w:p w:rsidR="00000000" w:rsidDel="00000000" w:rsidP="00000000" w:rsidRDefault="00000000" w:rsidRPr="00000000" w14:paraId="00000033">
      <w:pPr>
        <w:numPr>
          <w:ilvl w:val="0"/>
          <w:numId w:val="1"/>
        </w:numPr>
        <w:spacing w:after="0" w:afterAutospacing="0" w:lineRule="auto"/>
        <w:ind w:left="283.46456692913375" w:hanging="283.46456692913375"/>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di assumere a proprio carico tutti gli adempimenti autorizzativi, tecnici, organizzativi, di agibilità/pubblico spettacolo (SCIA/Licenza ex T.U.L.P.S.), autorizzazioni SIAE, conformità degli impianti e adempimenti in materia di Safety &amp; Security;</w:t>
      </w:r>
    </w:p>
    <w:p w:rsidR="00000000" w:rsidDel="00000000" w:rsidP="00000000" w:rsidRDefault="00000000" w:rsidRPr="00000000" w14:paraId="00000034">
      <w:pPr>
        <w:numPr>
          <w:ilvl w:val="0"/>
          <w:numId w:val="1"/>
        </w:numPr>
        <w:spacing w:after="0" w:afterAutospacing="0" w:lineRule="auto"/>
        <w:ind w:left="283.46456692913375" w:hanging="283.46456692913375"/>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OBBLIGO DI BRANDING E COMUNICAZIONE: di impegnarsi espressamente a riportare su tutto il materiale promozionale (cartaceo e digitale: locandine, manifesti, brochure, web/social) il logo della Città di Lamezia Terme e la dicitura «LAMEZIA TERME E-STATE INSIEME 2026», ed a trasmettere tempestivamente la bozza grafica/promozionale all'indirizzo e-mail eventi@comune.lamezia-terme.cz.it ai fini dell'inserimento nella sezione della comunicazione istituzionale del sito dell'Ente (https://www.comune.lamezia-terme.cz.it/it/eventi) e sui relativi canali social;</w:t>
      </w:r>
    </w:p>
    <w:p w:rsidR="00000000" w:rsidDel="00000000" w:rsidP="00000000" w:rsidRDefault="00000000" w:rsidRPr="00000000" w14:paraId="00000035">
      <w:pPr>
        <w:numPr>
          <w:ilvl w:val="0"/>
          <w:numId w:val="1"/>
        </w:numPr>
        <w:spacing w:after="120" w:lineRule="auto"/>
        <w:ind w:left="283.46456692913375" w:hanging="283.46456692913375"/>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che l'Ente proponente si trova in possesso dei requisiti morali e di condotta previsti dalla normativa vigente (T.U.L.P.S. e normativa Antimafia), come attestato dalle apposite dichiarazioni allegate.</w:t>
      </w:r>
    </w:p>
    <w:p w:rsidR="00000000" w:rsidDel="00000000" w:rsidP="00000000" w:rsidRDefault="00000000" w:rsidRPr="00000000" w14:paraId="00000036">
      <w:pPr>
        <w:pStyle w:val="Heading2"/>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ELENCO DEGLI ALLEGATI</w:t>
      </w:r>
    </w:p>
    <w:p w:rsidR="00000000" w:rsidDel="00000000" w:rsidP="00000000" w:rsidRDefault="00000000" w:rsidRPr="00000000" w14:paraId="00000037">
      <w:pPr>
        <w:spacing w:after="12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Si allegano alla presente domanda, a pena di inammissibilità o previa regolarizzazione, i seguenti documenti:</w:t>
      </w:r>
      <w:r w:rsidDel="00000000" w:rsidR="00000000" w:rsidRPr="00000000">
        <w:rPr>
          <w:rtl w:val="0"/>
        </w:rPr>
      </w:r>
    </w:p>
    <w:p w:rsidR="00000000" w:rsidDel="00000000" w:rsidP="00000000" w:rsidRDefault="00000000" w:rsidRPr="00000000" w14:paraId="00000038">
      <w:pPr>
        <w:spacing w:after="80" w:lineRule="auto"/>
        <w:ind w:left="28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0"/>
          <w:szCs w:val="20"/>
          <w:rtl w:val="0"/>
        </w:rPr>
        <w:t xml:space="preserve">[ X ] 1. Copia del documento di identità del legale rappresentante proponente, in corso di validità;</w:t>
      </w:r>
      <w:r w:rsidDel="00000000" w:rsidR="00000000" w:rsidRPr="00000000">
        <w:rPr>
          <w:rtl w:val="0"/>
        </w:rPr>
      </w:r>
    </w:p>
    <w:p w:rsidR="00000000" w:rsidDel="00000000" w:rsidP="00000000" w:rsidRDefault="00000000" w:rsidRPr="00000000" w14:paraId="00000039">
      <w:pPr>
        <w:spacing w:after="80" w:lineRule="auto"/>
        <w:ind w:left="28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 2. Relazione illustrativa della manifestazione, evento o iniziativa (eventuale approfondimento descrittivo);</w:t>
      </w:r>
      <w:r w:rsidDel="00000000" w:rsidR="00000000" w:rsidRPr="00000000">
        <w:rPr>
          <w:rtl w:val="0"/>
        </w:rPr>
      </w:r>
    </w:p>
    <w:p w:rsidR="00000000" w:rsidDel="00000000" w:rsidP="00000000" w:rsidRDefault="00000000" w:rsidRPr="00000000" w14:paraId="0000003A">
      <w:pPr>
        <w:spacing w:after="80" w:lineRule="auto"/>
        <w:ind w:left="28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0"/>
          <w:szCs w:val="20"/>
          <w:rtl w:val="0"/>
        </w:rPr>
        <w:t xml:space="preserve">[ X ] 3. Dichiarazione del possesso dei requisiti morali - T.U.L.P.S. (modello predisposto dall'Ente);</w:t>
      </w:r>
      <w:r w:rsidDel="00000000" w:rsidR="00000000" w:rsidRPr="00000000">
        <w:rPr>
          <w:rtl w:val="0"/>
        </w:rPr>
      </w:r>
    </w:p>
    <w:p w:rsidR="00000000" w:rsidDel="00000000" w:rsidP="00000000" w:rsidRDefault="00000000" w:rsidRPr="00000000" w14:paraId="0000003B">
      <w:pPr>
        <w:spacing w:after="80" w:lineRule="auto"/>
        <w:ind w:left="28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0"/>
          <w:szCs w:val="20"/>
          <w:rtl w:val="0"/>
        </w:rPr>
        <w:t xml:space="preserve">[ X ] 4. Dichiarazione del possesso dei requisiti morali - antimafia (modello predisposto dall'Ente);</w:t>
      </w:r>
      <w:r w:rsidDel="00000000" w:rsidR="00000000" w:rsidRPr="00000000">
        <w:rPr>
          <w:rtl w:val="0"/>
        </w:rPr>
      </w:r>
    </w:p>
    <w:p w:rsidR="00000000" w:rsidDel="00000000" w:rsidP="00000000" w:rsidRDefault="00000000" w:rsidRPr="00000000" w14:paraId="0000003C">
      <w:pPr>
        <w:spacing w:after="80" w:lineRule="auto"/>
        <w:ind w:left="28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  ] 5. Scheda tecnica/piano di sicurezza o programma dettagliato dell'evento (se già disponibile).</w:t>
      </w:r>
      <w:r w:rsidDel="00000000" w:rsidR="00000000" w:rsidRPr="00000000">
        <w:rPr>
          <w:rtl w:val="0"/>
        </w:rPr>
      </w:r>
    </w:p>
    <w:p w:rsidR="00000000" w:rsidDel="00000000" w:rsidP="00000000" w:rsidRDefault="00000000" w:rsidRPr="00000000" w14:paraId="0000003D">
      <w:pPr>
        <w:spacing w:after="360" w:lineRule="auto"/>
        <w:jc w:val="both"/>
        <w:rPr>
          <w:rFonts w:ascii="Times New Roman" w:cs="Times New Roman" w:eastAsia="Times New Roman" w:hAnsi="Times New Roman"/>
          <w:color w:val="000000"/>
        </w:rPr>
      </w:pPr>
      <w:r w:rsidDel="00000000" w:rsidR="00000000" w:rsidRPr="00000000">
        <w:rPr>
          <w:rtl w:val="0"/>
        </w:rPr>
      </w:r>
    </w:p>
    <w:tbl>
      <w:tblPr>
        <w:tblStyle w:val="Table2"/>
        <w:tblW w:w="9936.0" w:type="dxa"/>
        <w:jc w:val="center"/>
        <w:tblLayout w:type="fixed"/>
        <w:tblLook w:val="0400"/>
      </w:tblPr>
      <w:tblGrid>
        <w:gridCol w:w="4968"/>
        <w:gridCol w:w="4968"/>
        <w:tblGridChange w:id="0">
          <w:tblGrid>
            <w:gridCol w:w="4968"/>
            <w:gridCol w:w="4968"/>
          </w:tblGrid>
        </w:tblGridChange>
      </w:tblGrid>
      <w:tr>
        <w:trPr>
          <w:cantSplit w:val="0"/>
          <w:tblHeader w:val="0"/>
        </w:trPr>
        <w:tc>
          <w:tcPr/>
          <w:p w:rsidR="00000000" w:rsidDel="00000000" w:rsidP="00000000" w:rsidRDefault="00000000" w:rsidRPr="00000000" w14:paraId="0000003E">
            <w:pPr>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Luogo e Data:</w:t>
              <w:br w:type="textWrapping"/>
              <w:br w:type="textWrapping"/>
              <w:t xml:space="preserve">_________________________, lì ____/____/2026</w:t>
            </w:r>
            <w:r w:rsidDel="00000000" w:rsidR="00000000" w:rsidRPr="00000000">
              <w:rPr>
                <w:rtl w:val="0"/>
              </w:rPr>
            </w:r>
          </w:p>
        </w:tc>
        <w:tc>
          <w:tcPr/>
          <w:p w:rsidR="00000000" w:rsidDel="00000000" w:rsidP="00000000" w:rsidRDefault="00000000" w:rsidRPr="00000000" w14:paraId="0000003F">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0"/>
                <w:szCs w:val="20"/>
                <w:rtl w:val="0"/>
              </w:rPr>
              <w:t xml:space="preserve">Firma del Legale Rappresentante</w:t>
              <w:br w:type="textWrapping"/>
              <w:t xml:space="preserve">(Digitale o autografa con documento)</w:t>
              <w:br w:type="textWrapping"/>
              <w:br w:type="textWrapping"/>
              <w:t xml:space="preserve">_________________________________________</w:t>
            </w:r>
            <w:r w:rsidDel="00000000" w:rsidR="00000000" w:rsidRPr="00000000">
              <w:rPr>
                <w:rtl w:val="0"/>
              </w:rPr>
            </w:r>
          </w:p>
        </w:tc>
      </w:tr>
      <w:tr>
        <w:trPr>
          <w:cantSplit w:val="0"/>
          <w:tblHeader w:val="0"/>
        </w:trPr>
        <w:tc>
          <w:tcPr/>
          <w:p w:rsidR="00000000" w:rsidDel="00000000" w:rsidP="00000000" w:rsidRDefault="00000000" w:rsidRPr="00000000" w14:paraId="00000040">
            <w:pPr>
              <w:rPr>
                <w:rFonts w:ascii="Times New Roman" w:cs="Times New Roman" w:eastAsia="Times New Roman" w:hAnsi="Times New Roman"/>
                <w:color w:val="000000"/>
              </w:rPr>
            </w:pPr>
            <w:r w:rsidDel="00000000" w:rsidR="00000000" w:rsidRPr="00000000">
              <w:rPr>
                <w:rtl w:val="0"/>
              </w:rPr>
            </w:r>
          </w:p>
        </w:tc>
        <w:tc>
          <w:tcPr/>
          <w:p w:rsidR="00000000" w:rsidDel="00000000" w:rsidP="00000000" w:rsidRDefault="00000000" w:rsidRPr="00000000" w14:paraId="00000041">
            <w:pPr>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042">
      <w:pPr>
        <w:spacing w:after="36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3">
      <w:pPr>
        <w:spacing w:after="8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17"/>
          <w:szCs w:val="17"/>
          <w:rtl w:val="0"/>
        </w:rPr>
        <w:t xml:space="preserve">INFORMATIVA SUL TRATTAMENTO DEI DATI PERSONALI (Art. 13 Regolamento UE 2016/679 - GDPR)</w:t>
      </w:r>
      <w:r w:rsidDel="00000000" w:rsidR="00000000" w:rsidRPr="00000000">
        <w:rPr>
          <w:rtl w:val="0"/>
        </w:rPr>
      </w:r>
    </w:p>
    <w:p w:rsidR="00000000" w:rsidDel="00000000" w:rsidP="00000000" w:rsidRDefault="00000000" w:rsidRPr="00000000" w14:paraId="00000044">
      <w:pPr>
        <w:spacing w:after="12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16"/>
          <w:szCs w:val="16"/>
          <w:rtl w:val="0"/>
        </w:rPr>
        <w:t xml:space="preserve">I dati personali forniti con la presente istanza saranno trattati dal Comune di Lamezia Terme, in qualità di Titolare del Trattamento, esclusivamente per le finalità istituzionali connesse all'istruttoria ed alla gestione dell'Avviso Pubblico «Lamezia Terme E-State Insieme 2026 – Proroga Ottobre-Dicembre 2026». Il conferimento dei dati è obbligatorio per l'ammissione alla rassegna.</w:t>
      </w:r>
      <w:r w:rsidDel="00000000" w:rsidR="00000000" w:rsidRPr="00000000">
        <w:rPr>
          <w:rtl w:val="0"/>
        </w:rPr>
      </w:r>
    </w:p>
    <w:sectPr>
      <w:pgSz w:h="15840" w:w="12240" w:orient="portrait"/>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22222"/>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003366"/>
      <w:sz w:val="24"/>
      <w:szCs w:val="24"/>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venti@comune.lamezia-terme.cz.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protocollo@pec.comunelameziaterm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tfh5VT8AN+RBmcC8cI1WbdQxgg==">CgMxLjA4AHIhMXlLMk5zanhaelRTYllpTmIwUzhlMjFhQW5xNTJUN1NP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